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FORMULÁŘ PRO VRÁCENÍ ZBOŽÍ</w:t>
      </w:r>
    </w:p>
    <w:p>
      <w:pPr>
        <w:jc w:val="center"/>
      </w:pPr>
      <w:r>
        <w:rPr>
          <w:b/>
          <w:sz w:val="21"/>
        </w:rPr>
        <w:t>Pokojíčky Tepe / WAYTOY s.r.o.</w:t>
      </w:r>
    </w:p>
    <w:p>
      <w:r>
        <w:t>Tento formulář slouží k usnadnění vrácení zboží po odstoupení od kupní smlouvy. Samotné zaslání zboží bez oznámení odstoupení nemusí představovat odstoupení od smlouvy.</w:t>
      </w:r>
    </w:p>
    <w:p>
      <w:pPr>
        <w:spacing w:before="80" w:after="20"/>
      </w:pPr>
      <w:r>
        <w:rPr>
          <w:b/>
          <w:sz w:val="21"/>
        </w:rPr>
        <w:t>Údaje zákazníka</w:t>
      </w:r>
    </w:p>
    <w:p>
      <w:pPr>
        <w:spacing w:after="0"/>
      </w:pPr>
      <w:r>
        <w:rPr>
          <w:b/>
        </w:rPr>
        <w:t>Jméno a příjmení: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Adresa: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E-mail: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Telefon: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before="80" w:after="20"/>
      </w:pPr>
      <w:r>
        <w:rPr>
          <w:b/>
          <w:sz w:val="21"/>
        </w:rPr>
        <w:t>Údaje o objednávce</w:t>
      </w:r>
    </w:p>
    <w:p>
      <w:pPr>
        <w:spacing w:after="0"/>
      </w:pPr>
      <w:r>
        <w:rPr>
          <w:b/>
        </w:rPr>
        <w:t>Číslo objednávky: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Datum objednání: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Datum převzetí zboží: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Datum oznámení odstoupení od smlouvy: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before="80" w:after="20"/>
      </w:pPr>
      <w:r>
        <w:rPr>
          <w:b/>
          <w:sz w:val="21"/>
        </w:rPr>
        <w:t>Vrácené zboží</w:t>
      </w:r>
    </w:p>
    <w:p>
      <w:pPr>
        <w:spacing w:after="0"/>
      </w:pPr>
      <w:r>
        <w:rPr>
          <w:b/>
        </w:rPr>
        <w:t>Název / specifikace zboží: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Počet kusů: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Poznámka ke stavu zboží (volitelné):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before="80" w:after="20"/>
      </w:pPr>
      <w:r>
        <w:rPr>
          <w:b/>
          <w:sz w:val="21"/>
        </w:rPr>
        <w:t>Vrácení peněžních prostředků</w:t>
      </w:r>
    </w:p>
    <w:p>
      <w:r>
        <w:t>Peněžní prostředky budou vráceny stejným způsobem, jakým byly přijaty, pokud se se zákazníkem nedohodneme jinak.</w:t>
      </w:r>
    </w:p>
    <w:p>
      <w:pPr>
        <w:spacing w:after="0"/>
      </w:pPr>
      <w:r>
        <w:rPr>
          <w:b/>
        </w:rPr>
        <w:t>Číslo bankovního účtu (pouze pokud je vrácení na účet dohodnuto):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before="80" w:after="20"/>
      </w:pPr>
      <w:r>
        <w:rPr>
          <w:b/>
          <w:sz w:val="21"/>
        </w:rPr>
        <w:t>Adresa pro vrácení zboží</w:t>
      </w:r>
    </w:p>
    <w:p>
      <w:r>
        <w:rPr>
          <w:b/>
        </w:rPr>
        <w:t>Pokojíčky Tepe / WAYTOY s.r.o.</w:t>
        <w:br/>
      </w:r>
      <w:r>
        <w:t>Michníkova 110/2</w:t>
        <w:br/>
        <w:t>736 01 Havířov-Životice</w:t>
        <w:br/>
        <w:t>Česká republika</w:t>
      </w:r>
    </w:p>
    <w:p>
      <w:pPr>
        <w:spacing w:before="80" w:after="20"/>
      </w:pPr>
      <w:r>
        <w:rPr>
          <w:b/>
          <w:sz w:val="21"/>
        </w:rPr>
        <w:t>Datum a podpis</w:t>
      </w:r>
    </w:p>
    <w:p>
      <w:pPr>
        <w:spacing w:after="0"/>
      </w:pPr>
      <w:r>
        <w:rPr>
          <w:b/>
        </w:rPr>
        <w:t>Datum: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after="0"/>
      </w:pPr>
      <w:r>
        <w:rPr>
          <w:b/>
        </w:rPr>
        <w:t>Podpis zákazníka (pouze při použití listinného formuláře):</w:t>
      </w:r>
    </w:p>
    <w:p>
      <w:pPr>
        <w:spacing w:after="0" w:line="216" w:lineRule="auto"/>
      </w:pPr>
      <w:r>
        <w:t>.................................................................................................................................</w:t>
      </w:r>
    </w:p>
    <w:p>
      <w:pPr>
        <w:spacing w:before="80"/>
      </w:pPr>
      <w:r>
        <w:rPr>
          <w:b/>
        </w:rPr>
        <w:t xml:space="preserve">Důležité informace: </w:t>
      </w:r>
      <w:r>
        <w:t>Zboží doporučujeme bezpečně zabalit, aby při přepravě nedošlo k jeho poškození. Původní obal není podmínkou vrácení zboží. Zásilky zaslané na dobírku nepřebíráme. Náklady na vrácení zboží nese spotřebitel, pokud právní předpis nebo dohoda s prodávajícím nestanoví jinak.</w:t>
      </w:r>
    </w:p>
    <w:sectPr w:rsidR="00FC693F" w:rsidRPr="0006063C" w:rsidSect="00034616">
      <w:footerReference w:type="default" r:id="rId9"/>
      <w:pgSz w:w="12240" w:h="15840"/>
      <w:pgMar w:top="737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Pokojíčky Tepe | WAYTOY s.r.o. | info@pokojicky-tepe.cz | +420 770 330 792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